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מערך שיעור חזרה – 45 דקות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שיעור חזרה לפני המבחן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מורה · יצרה: רוית ראש בן ישי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שיעור חזרה לקראת המבחן – 45 דקות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מטרה: </w:t>
      </w:r>
      <w:r>
        <w:rPr>
          <w:rFonts w:cs="Arial" w:ascii="Arial" w:hAnsi="Arial"/>
          <w:rtl w:val="1"/>
        </w:rPr>
        <w:t>התלמידים והתלמידות יחזרו על מושגי היסוד בשלושת החלקים, יתרגלו ניתוח מקור, ציר זמן והסבר סיבה-תוצאה, ויזהו מה עוד צריך לחזור עליו.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חומרים: </w:t>
      </w:r>
      <w:r>
        <w:rPr>
          <w:rFonts w:cs="Arial" w:ascii="Arial" w:hAnsi="Arial"/>
          <w:rtl w:val="1"/>
        </w:rPr>
        <w:t>מקרן ולוח, דפי הסיכום, כרטיסי המושגים (מודפסים 3×4), דף עבודה לתחנות, טלפונים/מחשבים לקבוצה (רשות), כרטיס יציאה.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שלב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 עושים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0–5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פתיחה – "מי אני?"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המורה קורא/ת חידה מ"מי אני?" (אביר, צמית, נזיר, אפיפיור, קיסר). הכיתה מנחשת אחרי כל רמז. שאלה: מה מלמדות אותנו החידות על החברה בימי הביניים?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5–12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חידון מהיר בקבוצות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חידון מהיר על הלוח: 4 קבוצות, טיימר, 4 כפתורים צבעוניים. 10 שאלות מכל החלקים. בסוף – 2 שאלות שהכי הרבה טעו בהן נידונות במליאה.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12–37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סבב תחנות (5 תחנות × 5 דקות)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הכיתה מתחלקת ל-5 קבוצות שעוברות בין התחנות (פירוט למטה). כל קבוצה ממלאת דף תחנות.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37–42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סיכום במליאה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כל קבוצה מציגה תשובה אחת מתחנה אחרת. המורה מחזק/ת: מקור ראשוני/משני, 313–380–1054, פירמידה פיאודלית.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42–45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שלושה מושגים שאני בטוח/ה בהם, מושג אחד שעוד מבלבל אותי, ושאלה אחת למבחן.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🔄 סבב תחנות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תחנה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משימה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1. 🕵️ תחנת הבלשים – מקורות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מיינו 8 כרטיסי מקורות (מכתב של אביר, ספר לימוד, מטבע רומי, סרט תיעודי, יומן נזיר, אנציקלופדיה, צו של קיסר, מאמר של היסטוריונית) לראשוני/משני ונמקו שניים.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2. 🗓️ תחנת ציר הזמן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סדרו את כרטיסי האירועים על ציר הזמן (משחק ציר הזמן באתר או כרטיסים מודפסים) וכתבו לכל שנה באיזו מאה היא.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3. 🔺 תחנת הפירמידה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בנו את הפירמידה הפיאודלית מכרטיסים, וכתבו מה כל קבוצה נותנת ומה היא מקבלת.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4. ✝️ תחנת הנצרות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משחק זיכרון / כרטיסי מושגים של חלק ב׳; לאחר מכן הסבירו בשני משפטים: איך הפכה הנצרות מדת נרדפת לדת רשמית?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5. 🔐 תחנת חדר הבריחה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פתחו לפחות 3 מתוך 5 המנעולים בחדר הבריחה באתר (או בגרסה המודפסת).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🎯 התאמות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התאמות: דפי סיכום מוגדלים ובנק מילים בכל תחנה; עבודה בזוגות עם תפקידים (קורא/ת, כותב/ת).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עולים: מילון המושגים בארבע שפות ליד כל תחנה; לאפשר תשובה במילה אחת או בציור.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מצטיינים: בתחנה 5 – לנסח מנעול שישי משלהם.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שיעורי בית: </w:t>
      </w:r>
      <w:r>
        <w:rPr>
          <w:rFonts w:cs="Arial" w:ascii="Arial" w:hAnsi="Arial"/>
          <w:rtl w:val="1"/>
        </w:rPr>
        <w:t>לבחור שאלה אחת מבנק השאלות הפתוחות (סיבה-תוצאה או השוואה) ולענות עליה ב-6–8 משפטים.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📋 דף תחנות לקבוצה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1. 🕵️ תחנת הבלשים – מקורות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מיינו 8 כרטיסי מקורות (מכתב של אביר, ספר לימוד, מטבע רומי, סרט תיעודי, יומן נזיר, אנציקלופדיה, צו של קיסר, מאמר של היסטוריונית) לראשוני/משני ונמקו שניים.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2. 🗓️ תחנת ציר הזמן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סדרו את כרטיסי האירועים על ציר הזמן (משחק ציר הזמן באתר או כרטיסים מודפסים) וכתבו לכל שנה באיזו מאה היא.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3. 🔺 תחנת הפירמידה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בנו את הפירמידה הפיאודלית מכרטיסים, וכתבו מה כל קבוצה נותנת ומה היא מקבלת.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4. ✝️ תחנת הנצרות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משחק זיכרון / כרטיסי מושגים של חלק ב׳; לאחר מכן הסבירו בשני משפטים: איך הפכה הנצרות מדת נרדפת לדת רשמית?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5. 🔐 תחנת חדר הבריחה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פתחו לפחות 3 מתוך 5 המנעולים בחדר הבריחה באתר (או בגרסה המודפסת).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