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דפי סיכום לקראת המבחן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מבוא להיסטוריה · הנצרות · ימי הביניים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תלמיד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🔎 חלק א׳ – מבוא להיסטוריה: מבוא להיסטוריה – איך יודעים מה קרה פעם?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היסטוריה היא חקר העבר של בני האדם: מה קרה, מתי, איפה, למה ומה היו התוצאות. ההיסטוריונים והיסטוריוניות לא היו שם – ולכן הם עובדים כמו בלשים בעזרת מקורות.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🧭 מהי היסטוריה?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היסטוריה = חקר העבר האנושי בעזרת מקורות.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שואלים שאלות: מה קרה? מתי? איפה? מי השתתף? למה זה קרה? מה היו התוצאות?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עבר שאין עליו מקורות כתובים נקרא לעיתים פרה-היסטוריה – לומדים עליו בעיקר מממצאים ארכאולוגיים.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🕵️ עבודת ההיסטוריון/ית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1. שואלים שאלת מחקר.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2. אוספים מקורות.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3. בודקים את המקורות: מי כתב? מתי? למה? למי?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4. משווים בין מקורות שונים.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5. מפרשים ומסיקים מסקנות – ומציגים אותן.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📜 מקור ראשוני ומקור משני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מקור ראשוני – נוצר בתקופה הנחקרת או בידי מי שהיה עד לאירוע: מכתב, יומן, חוק, מטבע, כלי, מבנה, ציור מאותה תקופה.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מקור משני – נכתב מאוחר יותר על סמך מקורות אחרים: ספר לימוד, מאמר של היסטוריון, אנציקלופדיה, סרט תיעודי.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סוגי מקורות: כתובים, ארכאולוגיים (כלים, מטבעות, מבנים), חזותיים (ציורים, פסלים), בעל-פה (עדויות, סיפורים).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⚖️ אמינות מקור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כל מקור נכתב מנקודת מבט מסוימת.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מגמתיות = כשהכותב מציג את הדברים באופן חד-צדדי כדי לשכנע או להאדיר צד אחד.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שאלות לבדיקה: מי הכותב ומה מעמדו? מתי נכתב – קרוב לאירוע או זמן רב אחריו? למה נכתב ולמי? האם מקורות אחרים מאשרים אותו?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🗓️ ציר זמן, ספירת שנים ומאות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ציר זמן מסדר אירועים לפי סדר התרחשותם.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בספירה הנהוגה בעולם סופרים את השנים מהשנה שבה לפי המסורת נולד ישו.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לפני הספירה (לפנה״ס) – סופרים לאחור: שנת 500 לפנה״ס קדמה לשנת 100 לפנה״ס. אין שנת 0.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לספירה – סופרים קדימה: 313, 476, 1096…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מאה = 100 שנים. המאה ה-5 לספירה = השנים 401–500. כלל אצבע: מוחקים את שתי הספרות האחרונות ומוסיפים 1: 1096 ← 10+1 = המאה ה-11; 476 ← 4+1 = המאה ה-5. (שנה עגולה כמו 1100 היא השנה האחרונה של המאה ה-11.)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🏛️ תקופות בהיסטוריה (חלוקה מקובלת)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העת העתיקה – עד נפילת האימפריה הרומית המערבית (476 לספירה).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ימי הביניים – בערך 476 עד 1453 (נפילת קונסטנטינופול) או 1492 (גילוי אמריקה). היסטוריונים בוחרים תאריכי סיום שונים.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העת החדשה – מסוף המאה ה-15 ואילך.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חלוקה לתקופות היא כלי שבני אדם יצרו כדי לסדר את העבר – אנשים באותה תקופה לא ידעו שהם חיים ב"ימי הביניים".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⭐ זכרו!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מקור ראשוני = מאותה תקופה / של עד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מקור משני = נכתב מאוחר יותר על העבר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שנת 476 = המאה ה-5 לספירה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אין שנת 0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מושגים לחזרה: </w:t>
      </w:r>
      <w:r>
        <w:rPr>
          <w:rFonts w:cs="Arial" w:ascii="Arial" w:hAnsi="Arial"/>
          <w:rtl w:val="1"/>
        </w:rPr>
        <w:t>☐ היסטוריה · ☐ מקור ראשוני · ☐ מקור משני · ☐ אמינות · ☐ מגמתיות · ☐ ציר זמן · ☐ לפנה״ס · ☐ לספירה · ☐ מאה · ☐ תקופה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✂ כרטיס יציאה: מושג אחד שאני יודע/ת להסביר היטב: ________ · מושג שעוד מבלבל אותי: ________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✝️ חלק ב׳ – הנצרות: הנצרות – מאמונה של קבוצה קטנה לדת של אימפריה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הנצרות התחילה במאה ה-1 לספירה בארץ ישראל, שהייתה אז תחת שלטון רומא. בתוך כ-350 שנה היא הפכה לדת הרשמית של האימפריה הרומית. כאן לומדים על הדרך הזאת – באופן היסטורי ומכבד.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🌿 ראשית הנצרות בארץ ישראל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במאה ה-1 לספירה ארץ ישראל (יהודה והגליל) הייתה תחת שלטון האימפריה הרומית.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ישו היה יהודי מהגליל (גדל בנצרת) שהטיף ברבים ואסף סביבו תלמידים.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בסביבות שנת 30 לספירה הוצא להורג בצליבה בידי השלטון הרומי (המושל פונטיוס פילטוס).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לפי האמונה הנוצרית ישו קם לתחייה, והוא המשיח ובן האלוהים. תלמידיו המשיכו להפיץ את דבריו.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🧳 השליחים ופאולוס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השליחים – 12 תלמידיו של ישו, ביניהם פטרוס, הפיצו את האמונה החדשה.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פאולוס (שאול מטרסוס) יצא למסעות ברחבי האימפריה, כתב איגרות לקהילות והפיץ את האמונה גם בקרב מי שלא היו יהודים.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בהדרגה הנצרות נפרדה מהיהדות והפכה לדת נפרדת.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הברית החדשה – ספר הקודש של הנוצרים (לצד התנ״ך, שנקרא בפיהם "הברית הישנה"), ובו הבשורות על חיי ישו ואיגרות.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🛣️ למה הנצרות התפשטה באימפריה?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דרכים רומיות טובות ושלום יחסי איפשרו לנוע ממקום למקום.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שפה משותפת (יוונית במזרח, לטינית במערב).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ערים גדולות שבהן נוצרו קהילות.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מסר של תקווה ושוויון לכל המאמינים, גם לעניים ולעבדים, ועזרה הדדית בקהילה.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⛓️ מרדיפות להכרה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במשך כ-250 שנה הנוצרים נרדפו מדי פעם, למשל בימי הקיסרים נירון ודיוקלטיאנוס, בין השאר משום שסירבו לעבוד את אלי רומא ואת הקיסר.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הקיסר קונסטנטינוס – צו מילאנו (313 לספירה): חופש פולחן לנוצרים. קונסטנטינוס תמך בכנסייה.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ועידת ניקאה (325) – כינוס של בישופים לקביעת עיקרי האמונה.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הקיסר תאודוסיוס – בשנת 380 הנצרות הפכה לדת הרשמית של האימפריה, ובשנים 391–392 נאסרו הפולחנים האליליים.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🕊️ עיקרי אמונה (תיאור)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אמונה באל אחד בשלושה פנים – השילוש: האב, הבן ורוח הקודש.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ישו נתפס בעיני הנוצרים כמשיח וכבן האלוהים, שבא לגאול את בני האדם.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הצלב הוא סמל הנצרות.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טקסים (סקרמנטים) – למשל טבילה במים (הטבלה) כהצטרפות לנצרות.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⛪ מבנה הכנסייה והפילוג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בראש כל קהילה עמד כומר, ובראש אזור – בישוף. בישוף רומא נקרא האפיפיור.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הכנסייה התארגנה כמו פירמידה – בדומה למבנה האימפריה.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הפילוג הגדול (1054): הכנסייה התפצלה – הכנסייה הקתולית במערב (מרכזה ברומא, לטינית, בראשה האפיפיור) והכנסייה האורתודוקסית במזרח (מרכזה בקונסטנטינופול, יוונית, בראשה הפטריארך).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⭐ זכרו!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313 – צו מילאנו (קונסטנטינוס)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380 – דת רשמית (תאודוסיוס)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1054 – הפילוג: קתולים במערב, אורתודוקסים במזרח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פאולוס – הפיץ את האמונה גם לא-יהודים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מושגים לחזרה: </w:t>
      </w:r>
      <w:r>
        <w:rPr>
          <w:rFonts w:cs="Arial" w:ascii="Arial" w:hAnsi="Arial"/>
          <w:rtl w:val="1"/>
        </w:rPr>
        <w:t>☐ ישו · ☐ שליחים · ☐ פאולוס · ☐ הברית החדשה · ☐ רדיפות · ☐ צו מילאנו · ☐ השילוש · ☐ אפיפיור · ☐ בישוף · ☐ הכנסייה הקתולית · ☐ הכנסייה האורתודוקסית · ☐ הפילוג הגדול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✂ כרטיס יציאה: מושג אחד שאני יודע/ת להסביר היטב: ________ · מושג שעוד מבלבל אותי: ________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🏰 חלק ג׳ – ימי הביניים: ימי הביניים – אבירים, טירות, כנסייה וערים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ימי הביניים נמשכו כאלף שנה – מנפילת רומא המערבית (476) ועד סוף המאה ה-15. באירופה צמחה חברה חדשה המבוססת על אדמה, נאמנות ואמונה.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🏛️ נפילת רומא ותחילת ימי הביניים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בשנת 476 הודח הקיסר האחרון של האימפריה הרומית המערבית בידי מפקד גרמאני.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במערב קמו ממלכות גרמאניות רבות; הערים והמסחר נחלשו.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המזרח המשיך כאימפריה הביזנטית – בירתה קונסטנטינופול – עד 1453. הקיסר יוסטיניאנוס בנה בה את כנסיית איה סופיה.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בשנת 800 הכתיר האפיפיור את קרל הגדול לקיסר במערב.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👑 הפיאודליזם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פיאודליזם – שיטה חברתית-כלכלית המבוססת על חלוקת אדמה תמורת נאמנות ושירות.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סניור – אדון שמעניק אדמה (פיאוד/אחוזה) ומבטיח הגנה.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ווסל – מקבל את האדמה, נשבע שבועת אמונים לסניור ומתחייב לשרת אותו, בעיקר בשירות צבאי.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אדם יכול היה להיות ווסל של אדון אחד וסניור של אחרים.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צמיתים – איכרים הקשורים לאדמה: עובדים את אדמת האדון, משלמים בתוצרת ובעבודה, ואינם רשאים לעזוב בלי רשות.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🔺 הפירמידה הפיאודלית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למעלה: המלך.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מתחתיו: האצילים הגדולים (דוכסים, רוזנים).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מתחתם: האבירים.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בבסיס: האיכרים והצמיתים – הרוב הגדול של האוכלוסייה.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אנשי הכנסייה (אפיפיור, בישופים, נזירים) היו קבוצה חשובה לצד הפירמידה; גם לכנסייה היו אחוזות גדולות.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⛪ כוחה של הכנסייה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האפיפיור עמד בראש הכנסייה הקתולית והייתה לו השפעה גם על מלכים.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הכנסייה גבתה מעשר – עשירית מהתוצרת.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חרם/נידוי – הוצאה מהקהילה הנוצרית, עונש קשה מאוד בעיני המאמינים.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מנזרים – נזירים ונזירות חיו לפי כללים של תפילה ועבודה, העתיקו ספרים, לימדו, טיפחו חקלאות וטיפלו בחולים.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קתדרלות גדולות נבנו במרכזי הערים.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⚔️ אבירים, ערים וגילדות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אביר – לוחם רכוב על סוס, עבר אימון ארוך (נער משרת ← נושא כלים ← אביר) ונדרש לנהוג לפי קוד האבירות: נאמנות, אומץ, הגנה על החלשים והכנסייה.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מהמאה ה-11 בערך גדלו הערים והמסחר: ירידים, שווקים, סוחרים.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בורגנים – תושבי הערים: סוחרים ובעלי מלאכה.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גילדה – איגוד של בעלי מקצוע אחד (אופים, נפחים, אורגים) שקבע מחירים, איכות והכשרה: שוליה ← עמית ← אומן.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✝️ מסעי הצלב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בשנת 1095 קרא האפיפיור אורבנוס השני (בוועידת קלרמון) לצאת למסע לכיבוש ירושלים והמקומות הקדושים לנצרות.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מסע הצלב הראשון יצא ב-1096; ב-1099 נכבשה ירושלים והוקמה ממלכת ירושלים הצלבנית.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היו עוד מסעות צלב במאות ה-12–13.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תוצאות: קשרי מסחר עם המזרח, היכרות עם תרבויות וידע חדשים.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בדרכם, ב-1096, תקפו צלבנים קהילות יהודיות בערי הריינוס (וורמס, מגנצא, שפייר) וקהילות אלה נפגעו קשות (גזירות תתנ״ו).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🕍 חיי היהודים באירופה הנוצרית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היהודים חיו בקהילות מאורגנות: בית כנסת, רב, צדקה, חינוך ובית דין.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פעמים רבות גרו ברובע יהודי בעיר.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עיסוקיהם הוגבלו – בעיקר מסחר והלוואה בריבית – והם היו תלויים בהגנת השליטים.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היו גם תקופות קשות של האשמות ושל גירושים (אנגליה 1290, צרפת 1306, ספרד 1492).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🦠 המוות השחור וסוף ימי הביניים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המוות השחור (מגפת הדבר) פשט באירופה בשנים 1347–1351 והמית לפי הערכות כשליש מאוכלוסייתה.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תוצאות: מחסור בעובדים, שינויים בכלכלה ובחברה, וחלק מהצמיתים שיפרו את מעמדם.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היהודים הואשמו בשקר בהפצת המגפה, ורבות מקהילותיהם נפגעו.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סוף ימי הביניים: המצאת הדפוס (בערך 1450), נפילת קונסטנטינופול (1453), גילוי אמריקה (1492) ותחילת הרנסנס.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⭐ זכרו!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476 – נפילת רומא המערבית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800 – הכתרת קרל הגדול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1096 – מסע הצלב הראשון; 1099 – כיבוש ירושלים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1347–1351 – המוות השחור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1453 – נפילת קונסטנטינופול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מושגים לחזרה: </w:t>
      </w:r>
      <w:r>
        <w:rPr>
          <w:rFonts w:cs="Arial" w:ascii="Arial" w:hAnsi="Arial"/>
          <w:rtl w:val="1"/>
        </w:rPr>
        <w:t>☐ פיאודליזם · ☐ סניור · ☐ ווסל · ☐ אחוזה · ☐ צמית · ☐ אביר · ☐ אפיפיור · ☐ מנזר · ☐ מעשר · ☐ חרם · ☐ גילדה · ☐ בורגנים · ☐ ביזנטיון · ☐ מסעי הצלב · ☐ רובע יהודי · ☐ המוות השחור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✂ כרטיס יציאה: מושג אחד שאני יודע/ת להסביר היטב: ________ · מושג שעוד מבלבל אותי: ________</w:t>
            </w:r>
          </w:p>
        </w:tc>
      </w:tr>
    </w:tbl>
    <w:p/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